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865F9" w14:textId="1CFA2772" w:rsidR="00CD1392" w:rsidRPr="005751C4" w:rsidRDefault="00000000" w:rsidP="001A104C">
      <w:pPr>
        <w:pStyle w:val="Nagwek1"/>
        <w:jc w:val="center"/>
        <w:rPr>
          <w:color w:val="auto"/>
        </w:rPr>
      </w:pPr>
      <w:r w:rsidRPr="005751C4">
        <w:rPr>
          <w:color w:val="auto"/>
        </w:rPr>
        <w:t>ZGŁOSZENI</w:t>
      </w:r>
      <w:r w:rsidR="005751C4" w:rsidRPr="005751C4">
        <w:rPr>
          <w:color w:val="auto"/>
        </w:rPr>
        <w:t>E</w:t>
      </w:r>
      <w:r w:rsidRPr="005751C4">
        <w:rPr>
          <w:color w:val="auto"/>
        </w:rPr>
        <w:t xml:space="preserve"> DANYCH O PASIECE</w:t>
      </w:r>
    </w:p>
    <w:p w14:paraId="7D4D0BC5" w14:textId="77777777" w:rsidR="00CD1392" w:rsidRPr="005751C4" w:rsidRDefault="00000000">
      <w:r w:rsidRPr="005751C4">
        <w:t>(art. 68 ust. 4 ustawy z dnia 21 listopada 2025 r. o zdrowiu zwierząt, Dz.U. poz. 1795)</w:t>
      </w:r>
    </w:p>
    <w:p w14:paraId="0FC990C3" w14:textId="77777777" w:rsidR="00CD1392" w:rsidRPr="005751C4" w:rsidRDefault="00000000">
      <w:pPr>
        <w:pStyle w:val="Nagwek2"/>
        <w:rPr>
          <w:color w:val="auto"/>
        </w:rPr>
      </w:pPr>
      <w:r w:rsidRPr="005751C4">
        <w:rPr>
          <w:color w:val="auto"/>
        </w:rPr>
        <w:t>1. Dane podmiotu prowadzącego zakład</w:t>
      </w:r>
    </w:p>
    <w:p w14:paraId="42C3369F" w14:textId="186BE090" w:rsidR="00CD1392" w:rsidRPr="005751C4" w:rsidRDefault="00000000">
      <w:r w:rsidRPr="005751C4">
        <w:t>Imi</w:t>
      </w:r>
      <w:r w:rsidR="00DD605C">
        <w:t>ę</w:t>
      </w:r>
      <w:r w:rsidRPr="005751C4">
        <w:t xml:space="preserve"> i nazwisko / nazwa podmiotu: </w:t>
      </w:r>
      <w:r w:rsidR="005751C4" w:rsidRPr="005751C4">
        <w:t>…………………………………………………………………………………...</w:t>
      </w:r>
    </w:p>
    <w:p w14:paraId="56134AED" w14:textId="1B35115E" w:rsidR="00CD1392" w:rsidRPr="005751C4" w:rsidRDefault="00000000">
      <w:r w:rsidRPr="005751C4">
        <w:t xml:space="preserve">Adres zamieszkania / siedziby: </w:t>
      </w:r>
      <w:r w:rsidR="005751C4" w:rsidRPr="005751C4">
        <w:t>………………………………………………………………………………………….</w:t>
      </w:r>
    </w:p>
    <w:p w14:paraId="3D2E45C8" w14:textId="3644D28C" w:rsidR="00CD1392" w:rsidRPr="005751C4" w:rsidRDefault="00000000">
      <w:r w:rsidRPr="005751C4">
        <w:t xml:space="preserve">Telefon kontaktowy: </w:t>
      </w:r>
      <w:r w:rsidR="005751C4" w:rsidRPr="005751C4">
        <w:t>…………………………………………………………………………………………………………</w:t>
      </w:r>
    </w:p>
    <w:p w14:paraId="01DD33CA" w14:textId="77777777" w:rsidR="00CD1392" w:rsidRPr="005751C4" w:rsidRDefault="00000000">
      <w:pPr>
        <w:pStyle w:val="Nagwek2"/>
        <w:rPr>
          <w:color w:val="auto"/>
        </w:rPr>
      </w:pPr>
      <w:r w:rsidRPr="005751C4">
        <w:rPr>
          <w:color w:val="auto"/>
        </w:rPr>
        <w:t>2. Dane zakładu, w którym utrzymywane są pszczoły (pasieki)</w:t>
      </w:r>
    </w:p>
    <w:p w14:paraId="1E186B1B" w14:textId="77777777" w:rsidR="00CD1392" w:rsidRPr="005751C4" w:rsidRDefault="00000000">
      <w:r w:rsidRPr="005751C4">
        <w:t>Dokładna lokalizacja pasieki (miejscowość, nr działki / adres):</w:t>
      </w:r>
    </w:p>
    <w:p w14:paraId="29D1B06C" w14:textId="5F34B836" w:rsidR="00CD1392" w:rsidRPr="005751C4" w:rsidRDefault="005751C4">
      <w:r w:rsidRPr="005751C4">
        <w:t>…………………………………………………………………………………………………………………………………………</w:t>
      </w:r>
    </w:p>
    <w:p w14:paraId="6C69DFE5" w14:textId="679843B2" w:rsidR="00CD1392" w:rsidRPr="005751C4" w:rsidRDefault="005751C4">
      <w:r w:rsidRPr="005751C4">
        <w:t>…………………………………………………………………………………………………………………………………………</w:t>
      </w:r>
    </w:p>
    <w:p w14:paraId="34BF4B07" w14:textId="2C9F4C68" w:rsidR="00CD1392" w:rsidRPr="005751C4" w:rsidRDefault="00000000">
      <w:r w:rsidRPr="005751C4">
        <w:t>Liczba pni pszczelich w danej lokalizacji:</w:t>
      </w:r>
      <w:r w:rsidR="005751C4" w:rsidRPr="005751C4">
        <w:t>……………………………………………………………………………</w:t>
      </w:r>
    </w:p>
    <w:p w14:paraId="2CAC4F70" w14:textId="77777777" w:rsidR="00CD1392" w:rsidRPr="005751C4" w:rsidRDefault="00000000">
      <w:pPr>
        <w:pStyle w:val="Nagwek2"/>
        <w:rPr>
          <w:color w:val="auto"/>
        </w:rPr>
      </w:pPr>
      <w:r w:rsidRPr="005751C4">
        <w:rPr>
          <w:color w:val="auto"/>
        </w:rPr>
        <w:t>3. Okres zgłoszenia</w:t>
      </w:r>
    </w:p>
    <w:p w14:paraId="697045F0" w14:textId="77777777" w:rsidR="00CD1392" w:rsidRPr="005751C4" w:rsidRDefault="00000000">
      <w:r w:rsidRPr="005751C4">
        <w:t>Zgłoszenie składane na dzień:</w:t>
      </w:r>
    </w:p>
    <w:p w14:paraId="1338089E" w14:textId="77777777" w:rsidR="00CD1392" w:rsidRPr="005751C4" w:rsidRDefault="00000000">
      <w:r w:rsidRPr="005751C4">
        <w:t>☐ 31 marca ______ roku</w:t>
      </w:r>
    </w:p>
    <w:p w14:paraId="67AF559C" w14:textId="77777777" w:rsidR="00CD1392" w:rsidRPr="005751C4" w:rsidRDefault="00000000">
      <w:r w:rsidRPr="005751C4">
        <w:t>☐ 30 września ______ roku</w:t>
      </w:r>
    </w:p>
    <w:p w14:paraId="4C743510" w14:textId="77777777" w:rsidR="00CD1392" w:rsidRPr="005751C4" w:rsidRDefault="00000000">
      <w:pPr>
        <w:pStyle w:val="Nagwek2"/>
        <w:rPr>
          <w:color w:val="auto"/>
        </w:rPr>
      </w:pPr>
      <w:r w:rsidRPr="005751C4">
        <w:rPr>
          <w:color w:val="auto"/>
        </w:rPr>
        <w:t>4. Oświadczenie podmiotu</w:t>
      </w:r>
    </w:p>
    <w:p w14:paraId="2124762A" w14:textId="77777777" w:rsidR="00CD1392" w:rsidRPr="005751C4" w:rsidRDefault="00000000">
      <w:r w:rsidRPr="005751C4">
        <w:t>Oświadczam, że dane zawarte w formularzu są zgodne ze stanem faktycznym na dzień jego sporządzenia.</w:t>
      </w:r>
    </w:p>
    <w:p w14:paraId="0ED5EA73" w14:textId="6DF4AB9F" w:rsidR="00CD1392" w:rsidRPr="005751C4" w:rsidRDefault="00000000">
      <w:r w:rsidRPr="005751C4">
        <w:t xml:space="preserve">Data: </w:t>
      </w:r>
      <w:r w:rsidR="005751C4" w:rsidRPr="005751C4">
        <w:t>……………………………………………………….…………</w:t>
      </w:r>
    </w:p>
    <w:p w14:paraId="3F8FF24D" w14:textId="1937F5B4" w:rsidR="00CD1392" w:rsidRPr="005751C4" w:rsidRDefault="00000000">
      <w:r w:rsidRPr="005751C4">
        <w:t xml:space="preserve">Podpis: </w:t>
      </w:r>
      <w:r w:rsidR="005751C4" w:rsidRPr="005751C4">
        <w:t>……………………………………………………………….</w:t>
      </w:r>
    </w:p>
    <w:p w14:paraId="7EAF6727" w14:textId="77777777" w:rsidR="00DD605C" w:rsidRDefault="00DD605C">
      <w:pPr>
        <w:pStyle w:val="Nagwek2"/>
        <w:rPr>
          <w:color w:val="auto"/>
        </w:rPr>
      </w:pPr>
    </w:p>
    <w:p w14:paraId="104F5A7A" w14:textId="5CCEA57C" w:rsidR="00CD1392" w:rsidRPr="005751C4" w:rsidRDefault="00000000">
      <w:pPr>
        <w:pStyle w:val="Nagwek2"/>
        <w:rPr>
          <w:color w:val="auto"/>
        </w:rPr>
      </w:pPr>
      <w:r w:rsidRPr="005751C4">
        <w:rPr>
          <w:color w:val="auto"/>
        </w:rPr>
        <w:t>5. Adnotacje Powiatowego Lekarza Weterynarii (wypełnia organ)</w:t>
      </w:r>
    </w:p>
    <w:p w14:paraId="4F4EC061" w14:textId="572F9036" w:rsidR="00CD1392" w:rsidRPr="005751C4" w:rsidRDefault="00000000">
      <w:r w:rsidRPr="005751C4">
        <w:t xml:space="preserve">Data wpływu zgłoszenia: </w:t>
      </w:r>
      <w:r w:rsidR="005751C4" w:rsidRPr="005751C4">
        <w:t>……………………………………………………….…………</w:t>
      </w:r>
    </w:p>
    <w:p w14:paraId="1B371CB6" w14:textId="77777777" w:rsidR="00CD1392" w:rsidRPr="005751C4" w:rsidRDefault="00000000">
      <w:r w:rsidRPr="005751C4">
        <w:t>Uwagi:</w:t>
      </w:r>
    </w:p>
    <w:p w14:paraId="40628531" w14:textId="77777777" w:rsidR="005751C4" w:rsidRPr="005751C4" w:rsidRDefault="005751C4" w:rsidP="005751C4">
      <w:r w:rsidRPr="005751C4">
        <w:t>…………………………………………………………………………………………………………………………………………</w:t>
      </w:r>
    </w:p>
    <w:p w14:paraId="1E9C8005" w14:textId="77777777" w:rsidR="005751C4" w:rsidRPr="005751C4" w:rsidRDefault="005751C4" w:rsidP="005751C4">
      <w:r w:rsidRPr="005751C4">
        <w:t>…………………………………………………………………………………………………………………………………………</w:t>
      </w:r>
    </w:p>
    <w:p w14:paraId="5B8FB2DF" w14:textId="22235437" w:rsidR="00CD1392" w:rsidRDefault="00CD1392" w:rsidP="005751C4"/>
    <w:sectPr w:rsidR="00CD139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20615580">
    <w:abstractNumId w:val="8"/>
  </w:num>
  <w:num w:numId="2" w16cid:durableId="1100295535">
    <w:abstractNumId w:val="6"/>
  </w:num>
  <w:num w:numId="3" w16cid:durableId="1318992709">
    <w:abstractNumId w:val="5"/>
  </w:num>
  <w:num w:numId="4" w16cid:durableId="190610900">
    <w:abstractNumId w:val="4"/>
  </w:num>
  <w:num w:numId="5" w16cid:durableId="658466789">
    <w:abstractNumId w:val="7"/>
  </w:num>
  <w:num w:numId="6" w16cid:durableId="1899391778">
    <w:abstractNumId w:val="3"/>
  </w:num>
  <w:num w:numId="7" w16cid:durableId="983851731">
    <w:abstractNumId w:val="2"/>
  </w:num>
  <w:num w:numId="8" w16cid:durableId="344720033">
    <w:abstractNumId w:val="1"/>
  </w:num>
  <w:num w:numId="9" w16cid:durableId="1243370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A104C"/>
    <w:rsid w:val="0029639D"/>
    <w:rsid w:val="00326F90"/>
    <w:rsid w:val="005751C4"/>
    <w:rsid w:val="005D6308"/>
    <w:rsid w:val="00893C24"/>
    <w:rsid w:val="00A51E51"/>
    <w:rsid w:val="00AA1D8D"/>
    <w:rsid w:val="00B47730"/>
    <w:rsid w:val="00CB0664"/>
    <w:rsid w:val="00CD1392"/>
    <w:rsid w:val="00DD605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35E811"/>
  <w14:defaultImageDpi w14:val="300"/>
  <w15:docId w15:val="{D5417BE3-0CE6-4158-9C26-BDB8EC94A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167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maria head</cp:lastModifiedBy>
  <cp:revision>4</cp:revision>
  <dcterms:created xsi:type="dcterms:W3CDTF">2026-02-25T12:45:00Z</dcterms:created>
  <dcterms:modified xsi:type="dcterms:W3CDTF">2026-03-12T11:43:00Z</dcterms:modified>
  <cp:category/>
</cp:coreProperties>
</file>